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חידון מהיר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שאלות על יצירות, יוצרים וכלים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(פרופסור הרברט) · 2–ג (שבעה) · 3–ג (ארבעה) · 4–א (האנשה) · 5–א (קיסריה) · 6–א (הידידות בין אדם לחברו)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(ניקולה ונינו) · 2–ב (ילד במשפחה) · 3–ב (אלף לירות) · 4–ב (נצים) · 5–ב (עוברים וחולפים) · 6–א (שן ארי וענף ערמון)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שאלה ברורה על פרט מהיצירה, מסיחים סבירים, תשובה נכונה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חידון מהיר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שאלות על יצירות, יוצרים וכלים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(עץ הדובדבן השבור) מי שילם במקום דייב?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אביו     ב. פרופסור הרברט     ג. האיכר     ד. חבר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(מסע העני שחיפש את מזלו) כמה כדי זהב היו במערה?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שלושה     ב. חמישה     ג. שבעה     ד. עשרה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(שר היער) כמה קולות יש בבלדה?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שניים     ב. שלושה     ג. ארבעה     ד. חמישה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(על מעין וים) איזה אמצעי מרכזי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האנשה     ב. ראשי תיבות     ג. דיאלוג בין אחים     ד. רשימת תאריכים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(הליכה לקיסריה) ליד איזה מקום נכתב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קיסריה     ב. ירושלים     ג. אילת     ד. צפת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6) (משהו קרוב ביותר) מה מתאר הכותב כ"אור גדול"?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הידידות בין אדם לחברו     ב. את השמש     ג. את המדורה     ד. את הירח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עוד סבב חידון: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(מומו (פרק)) מי רבו ביניהם?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מומו וחברה     ב. ניקולה ונינו     ג. שני ילדים     ד. שני כלבים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(בעיני ילד)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הדוד הרץ     ב. ילד במשפחה     ג. האם     ד. מספר כל-יודע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(גראם פחות גראם יותר) כמה כסף לווה העני?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מאה לירות     ב. אלף לירות     ג. עשרת אלפים     ד. חמישים לירות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(שלושה בני עורב) מי חגים מעל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עורבים     ב. נצים     ג. יונים     ד. עטלפים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(יש פרחים) מה פירוש "בני חלוף"?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נצחיים     ב. עוברים וחולפים     ג. גבוהים     ד. ריחניים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6) (הפרפר) מה הדובר עוד רואה בגטו?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שן ארי וענף ערמון     ב. ים כחול     ג. הרים מושלגים     ד. פרפרים רבים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חברו שאלת חידון משלכם על יצירה שלמדנו: שאלה, ארבע תשובות (בחנ״מ ובעולים – שלוש) ותשובה נכונה אחת מסומנת.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חידון מהיר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