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חידון מהיר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שאלות על יצירות, יוצרים וכלים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(ילד במשפחה) · 2–א (לחתוך בדיוק מאה גרם) · 3–ב (כתר ואדרת) · 4–ב (עצים יפים)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(קיסריה) · 2–א (חסר מזל) · 3–ב (ניקולה ונינו)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שאלה ברורה על פרט מהיצירה, מסיחים סבירים, תשובה נכונה אחת.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חידון מהיר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שאלות על יצירות, יוצרים וכלים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(בעיני ילד) מי מספר את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הדוד הרץ     ב. ילד במשפחה     ג. האם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(גראם פחות גראם יותר) מה התנאי שהציב הווזיר לעשיר?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לחתוך בדיוק מאה גרם     ב. לחלק את הכסף     ג. לחכות עוד שנה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(שר היער) מה לובש שר היער לפי הילד?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שריון     ב. כתר ואדרת     ג. כובע וגלימה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(משאלות) מה רוצה הדוברת במקום מלחמות?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זהב     ב. עצים יפים     ג. ארמונות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עוד סבב חידון: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(הליכה לקיסריה) ליד איזה מקום נכתב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ירושלים     ב. קיסריה     ג. אילת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(אליפלט) מה פירוש "ביש גדא"?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חסר מזל     ב. חכם     ג. גיבור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(מומו (פרק)) מי רבו ביניהם?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מומו וחברה     ב. ניקולה ונינו     ג. שני ילדים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חברו שאלת חידון משלכם על יצירה שלמדנו: שאלה, ארבע תשובות (בחנ״מ ובעולים – שלוש) ותשובה נכונה אחת מסומנת.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חידון מהיר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